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סיבות שונות לבחירת 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שלשמות יש משמעות ולפעמים גם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כבוד לשם ולזהות של כל אחד ואחת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סבא רבא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היא לא ידעה שהשם שלה הוא גם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נולד בחודש ניסן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שמות כאלה כמו אור וטל, אבל לא כל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חיים או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שמאיר)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(תחילת הבוקר)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(יופי)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על מקור השם שלו/ה (על שם מישהו, משמעות, חג וכו') או ממציא/ה סיפור. חשוב שיתייחסו לרגש או לגאווה בשם.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אור, טל, שחר, גיל או נוי עם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השם הוא חלק מהזהות שלנו וצריך לכבד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שניתן לזכר אדם אהוב, כמו יעקב שקיבל שם של סבא רבא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בכך שכל ילד משתף במשמעות השם שלו אם ידוע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שאין להם סיפור מיוחד להמציא או לשאול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לנהוג ברגישות כלפי תלמידים משפות או תרבויות שונות - כל שם מכובד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מסתתר בשם שלי? – שמות ומשמעותם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קראנו על שמות שונים ועל הסיפור שמסתתר מאחוריהם – שם של אדם אהוב, שם עם משמעות, שם של חג או שם של משאלה.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מיקי  ·  סבתא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שם מי קיבל יעקב את שמו?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סבא רבא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חבר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טל הסמיקה כשהמורה הסבירה על השם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לא ידעה שהשם שלה הוא גם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כעסה על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לא אהבה את השם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ניסן קיבל את שמו כי: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נולד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זה שם של סבא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 שם שהוא אהב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שם בעולם הוא גם מילה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של משאלה הוא שם שבו ההורים מאחלים משהו טוב לילד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יוסף הוא לפעמים יוסי, ומיכאל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אנה קיבלה את השם של __________ שלה שגרה באוקראינה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שם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תחילת הבוקר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שמאיר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ספרו: מה הסיפור מאחורי השם שלכם? אם אין סיפור מיוחד – מה הייתם רוצים שהשם שלכם יספר עליכם?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לשם שהוא גם מילה בעברית, ומה המשמעות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לבטא נכון את השם של כל אחד ואחת?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מסתתר בשם שלי? – שמות ומשמעותם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