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סיבות שונות לבחירת 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שלשמות יש משמעות ולפעמים גם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 לשם ולזהות של כל אחד ואחת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סבא רבא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היא לא ידעה שהשם שלה הוא גם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נולד בחודש 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תחילת הבוקר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שפה אפריקאית - אמהרית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שמות כאלה כמו אור וטל, אבל לא כל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חיים או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לכבד את הבחירה שלו ולקרוא לו בשם שהוא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יוסי במקום יוסף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לחקור, לשאול מבוגר או אפילו להמציא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צרפתי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שמאיר)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(תחילת הבוקר)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(טיפות מים על הדשא בבוקר)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על מקור השם שלו/ה (על שם מישהו, משמעות, חג וכו') או ממציא/ה סיפור. חשוב שיתייחסו לרגש או לגאווה בשם.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התלמיד/ה כותב/ת על כינוי אישי, אם יש, ומסביר/ה את היחס אליו - חיובי או שלילי.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אור, טל, שחר, גיל או נוי עם המשמעות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השם הוא חלק מהזהות שלנו וצריך לכבד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שניתן לזכר אדם אהוב, כמו יעקב שקיבל שם של סבא רבא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בכך שכל ילד משתף במשמעות השם שלו אם ידוע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שאין להם סיפור מיוחד להמציא או לשאול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לנהוג ברגישות כלפי תלמידים משפות או תרבויות שונות - כל שם מכובד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למדנו שלכל שם יש סיפור. יש שם על שם סבא או סבתא, יש שם שהוא גם מילה יפה, ויש שם של 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קיבלו שם כמו של אדם אחר, כדי לזכור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שמילה או שם אומרים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קצר או חיבה שמשתמשים בו במקום השם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אני – מה שהופך אותי לאני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טוב שמאחלים לקרות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לבטא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מילה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יעקב קיבל שם כמו של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סבא רבא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טל הופתעה?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לא ידעה שהשם שלה הוא גם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כעסה על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אהבה את השם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רצתה שם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ניסן קיבל את שמו כי: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נולד בחודש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שם של סבא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שם שהוא אהב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שם צרפתי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המילה 'שחר'?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המילה 'גיל' כפי שמוזכר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תחילת הבוקר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שמאיר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שפה השם של אדיסו?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 אפריקאית -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אנגלית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שם בעולם הוא גם מילה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משאלה הוא שם שבו ההורים מאחלים משהו טוב לילד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מישהו לא אוהב את הכינוי שלו, חייבים להמשיך לקרוא לו כך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הוא שם קצר או חיבה שמשתמשים בו במקום השם המלא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לי סיפור מיוחד מאחורי השם, אי אפשר לעשות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יוסף הוא לפעמים יוסי, ומיכאל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אנה קיבלה את השם של __________ שלה שגרה באוקראינה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ז'קלין קיבלה שם __________ כמו של דודה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שם הוא חלק מה__________ של מי שנושא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אור הוא מה ש__________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טיפות מים על הדשא בבוקר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תחילת הבוקר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שמאיר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ספרו: מה הסיפור מאחורי השם שלכם? אם אין סיפור מיוחד – מה הייתם רוצים שהשם שלכם יספר עליכם?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יש לכם כינוי? איך אתם מרגישים איתו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שהוא גם מילה בעברית, ומה המשמעות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לבטא נכון את השם של כל אחד ואחת?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'שם על שם'? תנו דוגמה מהטקסט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מסתתר בשם שלי? – שמות ומשמעותם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